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dodocumento"/>
        <w:rPr/>
      </w:pPr>
      <w:r>
        <w:rPr/>
        <w:t>Fábio Souza Mendes</w:t>
      </w:r>
    </w:p>
    <w:p>
      <w:pPr>
        <w:pStyle w:val="Normal"/>
        <w:rPr/>
      </w:pPr>
      <w:r>
        <w:rPr/>
        <w:t>idade: 32 anos</w:t>
      </w:r>
    </w:p>
    <w:p>
      <w:pPr>
        <w:pStyle w:val="Normal"/>
        <w:rPr/>
      </w:pPr>
      <w:r>
        <w:rPr/>
        <w:t>sexo: masculino</w:t>
      </w:r>
    </w:p>
    <w:p>
      <w:pPr>
        <w:pStyle w:val="Normal"/>
        <w:rPr/>
      </w:pPr>
      <w:r>
        <w:rPr/>
        <w:t>endereço: Curitiba, Parana</w:t>
      </w:r>
    </w:p>
    <w:p>
      <w:pPr>
        <w:pStyle w:val="Normal"/>
        <w:rPr/>
      </w:pPr>
      <w:r>
        <w:rPr/>
        <w:t>formação: ensino superior completo</w:t>
      </w:r>
    </w:p>
    <w:p>
      <w:pPr>
        <w:pStyle w:val="Normal"/>
        <w:rPr/>
      </w:pPr>
      <w:r>
        <w:rPr/>
        <w:t xml:space="preserve">curso: </w:t>
      </w:r>
      <w:r>
        <w:rPr>
          <w:rFonts w:ascii="monospace" w:hAnsi="monospace"/>
          <w:b w:val="false"/>
          <w:i w:val="false"/>
          <w:caps w:val="false"/>
          <w:smallCaps w:val="false"/>
          <w:color w:val="1F1F1F"/>
          <w:spacing w:val="0"/>
          <w:sz w:val="18"/>
        </w:rPr>
        <w:t>superior de tecnologia em desenvolvimento WEB, instituição UNOPAR</w:t>
      </w:r>
    </w:p>
    <w:p>
      <w:pPr>
        <w:pStyle w:val="Normal"/>
        <w:rPr/>
      </w:pPr>
      <w:r>
        <w:rPr/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contatos: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numero: 55 41 999581713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whatsApp: 999581713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Email:  fabiohuem@hotmail.com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Desenvolvedor Front-End Júnior</w:t>
      </w:r>
    </w:p>
    <w:p>
      <w:pPr>
        <w:pStyle w:val="Normal"/>
        <w:rPr/>
      </w:pPr>
      <w:r>
        <w:rPr/>
        <w:t xml:space="preserve">Sou Desenvolvedor Front-End Júnior formado em Superior de Tecnologia em Desenvolvimento Web, </w:t>
        <w:br/>
        <w:t xml:space="preserve">com foco em criar interfaces modernas, responsivas e funcionais. Busco minha primeira oportunidade na área </w:t>
        <w:br/>
        <w:t>para aplicar meus conhecimentos e evoluir profissionalmente.</w:t>
      </w:r>
    </w:p>
    <w:p>
      <w:pPr>
        <w:pStyle w:val="Ttulo1"/>
        <w:rPr/>
      </w:pPr>
      <w:r>
        <w:rPr/>
        <w:t>Habilidades</w:t>
      </w:r>
    </w:p>
    <w:p>
      <w:pPr>
        <w:pStyle w:val="ListBullet"/>
        <w:numPr>
          <w:ilvl w:val="0"/>
          <w:numId w:val="1"/>
        </w:numPr>
        <w:rPr/>
      </w:pPr>
      <w:r>
        <w:rPr/>
        <w:t>HTML5, CSS3, JavaScrip</w:t>
      </w:r>
      <w:r>
        <w:rPr/>
        <w:t>t, nodeJS, typeScript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React, </w:t>
      </w:r>
      <w:r>
        <w:rPr/>
        <w:t>angular</w:t>
      </w:r>
    </w:p>
    <w:p>
      <w:pPr>
        <w:pStyle w:val="ListBullet"/>
        <w:numPr>
          <w:ilvl w:val="0"/>
          <w:numId w:val="1"/>
        </w:numPr>
        <w:rPr/>
      </w:pPr>
      <w:r>
        <w:rPr/>
        <w:t>Git e GitHub</w:t>
      </w:r>
    </w:p>
    <w:p>
      <w:pPr>
        <w:pStyle w:val="ListBullet"/>
        <w:numPr>
          <w:ilvl w:val="0"/>
          <w:numId w:val="1"/>
        </w:numPr>
        <w:rPr/>
      </w:pPr>
      <w:r>
        <w:rPr/>
        <w:t>Figma (UX/UI básico)</w:t>
      </w:r>
    </w:p>
    <w:p>
      <w:pPr>
        <w:pStyle w:val="ListBullet"/>
        <w:numPr>
          <w:ilvl w:val="0"/>
          <w:numId w:val="1"/>
        </w:numPr>
        <w:rPr/>
      </w:pPr>
      <w:r>
        <w:rPr/>
        <w:t>MySQL, consumo de APIs REST</w:t>
      </w:r>
    </w:p>
    <w:p>
      <w:pPr>
        <w:pStyle w:val="ListBullet"/>
        <w:numPr>
          <w:ilvl w:val="0"/>
          <w:numId w:val="1"/>
        </w:numPr>
        <w:rPr/>
      </w:pPr>
      <w:r>
        <w:rPr/>
        <w:t>Desenvolvimento Responsivo e Mobile First</w:t>
      </w:r>
    </w:p>
    <w:p>
      <w:pPr>
        <w:pStyle w:val="Ttulo1"/>
        <w:rPr/>
      </w:pPr>
      <w:r>
        <w:rPr/>
        <w:t>Projetos</w:t>
      </w:r>
    </w:p>
    <w:p>
      <w:pPr>
        <w:pStyle w:val="ListBullet"/>
        <w:numPr>
          <w:ilvl w:val="0"/>
          <w:numId w:val="1"/>
        </w:numPr>
        <w:rPr/>
      </w:pPr>
      <w:r>
        <w:rPr/>
        <w:t>Portal de Agendamento para Clínica Médica – Sistema de cadastro e agendamento integrado a banco de dados.</w:t>
      </w:r>
    </w:p>
    <w:p>
      <w:pPr>
        <w:pStyle w:val="ListBullet"/>
        <w:numPr>
          <w:ilvl w:val="0"/>
          <w:numId w:val="1"/>
        </w:numPr>
        <w:rPr/>
      </w:pPr>
      <w:r>
        <w:rPr/>
        <w:t>Landing Pages Responsivas – Foco em SEO e performance para diferentes dispositivos.</w:t>
      </w:r>
    </w:p>
    <w:p>
      <w:pPr>
        <w:pStyle w:val="ListBullet"/>
        <w:numPr>
          <w:ilvl w:val="0"/>
          <w:numId w:val="1"/>
        </w:numPr>
        <w:rPr/>
      </w:pPr>
      <w:r>
        <w:rPr/>
        <w:t>Aplicativo de Lista de Tarefas – Criado em React, com funcionalidades dinâmicas.</w:t>
      </w:r>
    </w:p>
    <w:p>
      <w:pPr>
        <w:pStyle w:val="ListBullet"/>
        <w:numPr>
          <w:ilvl w:val="0"/>
          <w:numId w:val="1"/>
        </w:numPr>
        <w:rPr/>
      </w:pPr>
      <w:r>
        <w:rPr/>
        <w:t>CRUD (creat, read, update, delete) sistema de salvamento de funcionarios.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Pagina de login e cadastro.                                                        </w:t>
      </w:r>
    </w:p>
    <w:p>
      <w:pPr>
        <w:pStyle w:val="ListBullet"/>
        <w:numPr>
          <w:ilvl w:val="0"/>
          <w:numId w:val="1"/>
        </w:numPr>
        <w:rPr/>
      </w:pPr>
      <w:r>
        <w:rPr/>
      </w:r>
    </w:p>
    <w:p>
      <w:pPr>
        <w:pStyle w:val="ListBullet"/>
        <w:numPr>
          <w:ilvl w:val="0"/>
          <w:numId w:val="0"/>
        </w:numPr>
        <w:ind w:left="360" w:hanging="0"/>
        <w:rPr/>
      </w:pPr>
      <w:r>
        <w:rPr/>
        <w:t>Obs: todos esses projetos estão no meu github.</w:t>
      </w:r>
    </w:p>
    <w:p>
      <w:pPr>
        <w:pStyle w:val="Ttulo1"/>
        <w:rPr/>
      </w:pPr>
      <w:r>
        <w:rPr/>
        <w:t>Objetivo Profissional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  <w:t>Atuar como Desenvolvedor Front-End Júnior, contribuindo para projetos inovadores e de qualidade.</w:t>
      </w:r>
    </w:p>
    <w:sectPr>
      <w:type w:val="nextPage"/>
      <w:pgSz w:w="12240" w:h="15840"/>
      <w:pgMar w:left="1800" w:right="180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monospace">
    <w:charset w:val="00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tulo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paragraph" w:styleId="Ttulo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e618bf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BodyTextChar" w:customStyle="1">
    <w:name w:val="Body Text Char"/>
    <w:basedOn w:val="DefaultParagraphFont"/>
    <w:link w:val="BodyTex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Nfase">
    <w:name w:val="Ênfase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 Unicode MS"/>
      <w:sz w:val="28"/>
      <w:szCs w:val="28"/>
    </w:rPr>
  </w:style>
  <w:style w:type="paragraph" w:styleId="Corpodotexto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a">
    <w:name w:val="List"/>
    <w:basedOn w:val="Normal"/>
    <w:uiPriority w:val="99"/>
    <w:unhideWhenUsed/>
    <w:rsid w:val="00aa1d8d"/>
    <w:pPr>
      <w:spacing w:before="0" w:after="200"/>
      <w:ind w:left="360" w:hanging="360"/>
      <w:contextualSpacing/>
    </w:pPr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</w:rPr>
  </w:style>
  <w:style w:type="paragraph" w:styleId="Cabealho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Rodap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tulododocumento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Subttulo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 w:hanging="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a2">
    <w:name w:val="List Bullet 3"/>
    <w:basedOn w:val="Normal"/>
    <w:uiPriority w:val="99"/>
    <w:unhideWhenUsed/>
    <w:rsid w:val="00326f90"/>
    <w:pPr>
      <w:spacing w:before="0" w:after="200"/>
      <w:ind w:left="720" w:hanging="360"/>
      <w:contextualSpacing/>
    </w:pPr>
    <w:rPr/>
  </w:style>
  <w:style w:type="paragraph" w:styleId="Lista3">
    <w:name w:val="List Bullet 4"/>
    <w:basedOn w:val="Normal"/>
    <w:uiPriority w:val="99"/>
    <w:unhideWhenUsed/>
    <w:rsid w:val="00326f90"/>
    <w:pPr>
      <w:spacing w:before="0" w:after="200"/>
      <w:ind w:left="1080" w:hanging="360"/>
      <w:contextualSpacing/>
    </w:pPr>
    <w:rPr/>
  </w:style>
  <w:style w:type="paragraph" w:styleId="ListBullet">
    <w:name w:val="List Bullet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qFormat/>
    <w:rsid w:val="0029639d"/>
    <w:p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qFormat/>
    <w:rsid w:val="0029639d"/>
    <w:p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qFormat/>
    <w:rsid w:val="0029639d"/>
    <w:pPr>
      <w:spacing w:before="0" w:after="120"/>
      <w:ind w:left="360" w:hanging="0"/>
      <w:contextualSpacing/>
    </w:pPr>
    <w:rPr/>
  </w:style>
  <w:style w:type="paragraph" w:styleId="ListContinue2">
    <w:name w:val="List Continue 2"/>
    <w:basedOn w:val="Normal"/>
    <w:uiPriority w:val="99"/>
    <w:unhideWhenUsed/>
    <w:qFormat/>
    <w:rsid w:val="0029639d"/>
    <w:pPr>
      <w:spacing w:before="0" w:after="120"/>
      <w:ind w:left="720" w:hanging="0"/>
      <w:contextualSpacing/>
    </w:pPr>
    <w:rPr/>
  </w:style>
  <w:style w:type="paragraph" w:styleId="ListContinue3">
    <w:name w:val="List Continue 3"/>
    <w:basedOn w:val="Normal"/>
    <w:uiPriority w:val="99"/>
    <w:unhideWhenUsed/>
    <w:qFormat/>
    <w:rsid w:val="0029639d"/>
    <w:pPr>
      <w:spacing w:before="0" w:after="120"/>
      <w:ind w:left="1080" w:hanging="0"/>
      <w:contextualSpacing/>
    </w:pPr>
    <w:rPr/>
  </w:style>
  <w:style w:type="paragraph" w:styleId="Macro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val="000000" w:themeColor="tex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val="4F81BD" w:themeColor="accent1"/>
      <w:sz w:val="18"/>
      <w:szCs w:val="1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 w:themeColor="accent1"/>
    </w:rPr>
  </w:style>
  <w:style w:type="paragraph" w:styleId="TOCHeading">
    <w:name w:val="TOC Heading"/>
    <w:basedOn w:val="Ttulo1"/>
    <w:next w:val="Normal"/>
    <w:uiPriority w:val="39"/>
    <w:semiHidden/>
    <w:unhideWhenUsed/>
    <w:qFormat/>
    <w:rsid w:val="00fc693f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Neat_Office/6.2.8.2$Windows_x86 LibreOffice_project/</Application>
  <Pages>2</Pages>
  <Words>183</Words>
  <Characters>1123</Characters>
  <CharactersWithSpaces>1327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pt-BR</dc:language>
  <cp:lastModifiedBy/>
  <dcterms:modified xsi:type="dcterms:W3CDTF">2025-08-25T20:43:52Z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